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אומדן, שברים, אחוזים והנדסה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ופעולות חשבון לפי 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שברים, אחוזים ומספרים עשרוניים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היקף, שטח ונפח של צורות וגופים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&gt;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שני הביטויים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1/4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בסדר הפעולות המקובל בחשבון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0.5 שווה ל-50% וזה יותר מכ-33%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אם א׳ כפולה פי 3 מ-ב׳, ב׳ תמיד קטנה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לקובייה כל הצלעות שוות, אבל היא עדיין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 החישובים נותנים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4. 1.75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התרגיל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(45)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(0.25)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(300)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(24 ס״מ)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פתרו והסבירו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60 ק״מ הם 3/5 מהדרך, לכן 1/5 שווה 20 ק״מ, והדרך כולה 100 ק״מ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12×30=360 מושבים, 25% מהם 90 כרטיסים, 90×40=3,600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הצלע השנייה 7 ס״מ, השטח 8×7=56 סמ״ר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 2×3×4 או 1×4×6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שיסבירו עיגול מספרים לעשרות (30×40=1,200) כדי לקבל אומדן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מצופה להסביר בדיקה של שתי הספרות האחרונות אם מתחלקות ב-4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חילוק וכפל לפני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עיגול מספרים לעשרות או מאות קרובות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חישוב הצלע השנייה מההיקף ואז הכפלה בשתי הצלעות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חלק המבוא (מס' 1-2) במליאה להמחשת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נפרד לשאלות ההסבר (short/open) ולבדוק נימוק מילולי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כקשים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אומדן, שברים, אחוזים והנדסה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בחשבון: אומדן, חישובים, שברים, אחוזים, והנדסה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לנחש תוצאה בקירוב בלי לחשב במדויק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הנכון לפתרון תרגיל עם כמה פעולות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ממשהו שלם, למשל חצי או רבע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מתוך מאה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אורך הדרך סביב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מקום תופסת צורה שטוחה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מקום תופס גוף תלת־ממדי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שטוחה שממנה בונים גוף תלת־ממדי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חסרות בערך כדי להגיע למיליון?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התוצאה של התרגיל?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המספר הקרוב ביותר לתוצאה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מספר גדול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גדול יותר, 60% מ-50 או 50% מ-60?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60% מ-50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50% מ-60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שבר מתאים לנקודה 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3/4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ללא סוגריים יש לבצע חילוק וכפל לפני חיבור וחיסור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גדול מ-1/3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משקל שקית א׳ גדול פי 3 ממשקל שקית ב׳, ייתכן ששקית ב׳ תשקול יותר משקית א׳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קובייה היא מקרה פרטי של 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60% מתוך 40 שווה ל-40% מתוך 60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7,500 : 25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3/4 + 1/4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☐ × 25 = 2,500 ולכן ☐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2.5 − 0.75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נפח קובייה שאורך צלעה 5 ס״מ הוא __________ סמ״ק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התרגיל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3/4 של 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24 ס״מ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25% מ-80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45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0.5 × 0.5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300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 2 מ-150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היקף ריבוע שצלעו 6 ס״מ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0.25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פתרו והסבירו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משפחה נסעה לטיול. אחרי שעברו 2/5 מהדרך, ראו שלט שנותרו 60 ק״מ. מה אורך הדרך כולה? הציגו דרך פתרון.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באולם 12 שורות ובכל שורה 30 מושבים. נמכרו 25% מהכרטיסים במחיר 40 ₪ לכרטיס. כמה כסף התקבל?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מלבן שהיקפו 30 ס״מ ואורך אחת מצלעותיו 8 ס״מ. מה אורך הצלע השנייה ומה שטח המלבן?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שתי אפשרויות למידות תיבה (אורך, רוחב, גובה כמספרים שלמים) שנפחה 24 סמ״ק.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אפשר להעריך תוצאה של תרגיל כפל בלי לחשב אותו במדויק, למשל 29×41.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דרך לבדוק אם מספר גדול מתחלק ב-4 בלי לבצע את כל החילוק.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לביצוע פעולות חשבון ללא סוגריים?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להעריך תוצאה של תרגיל בלי לחשב אותו במדויק?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מלבן כשיודעים את ההיקף ואחת הצלעות?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לכיתות ה׳–ו׳ – אומדן, שברים, אחוזים והנדסה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