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אומדן, שברים, אחוזים והנדסה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ופעולות חשבון לפי 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שברים, אחוזים ומספרים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היקף, שטח ונפח של צורות וגופים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&gt;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בסדר הפעולות המקובל בחשבון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0.5 שווה ל-50% וזה יותר מכ-33%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התרגיל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(45)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(300)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פתרו והסבירו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הצלע השנייה 7 ס״מ, השטח 8×7=56 סמ״ר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שיסבירו עיגול מספרים לעשרות (30×40=1,200) כדי לקבל אומדן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וכפל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עיגול מספרים לעשרות או מאות קרובות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חישוב הצלע השנייה מההיקף ואז הכפלה בשתי הצלעות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המבוא (מס' 1-2) במליאה להמחשת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נפרד לשאלות ההסבר (short/open) ולבדוק נימוק מילולי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כקשים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אומדן, שברים, אחוזים והנדסה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סוגי שאלות הדומות לאלו שמופיעות במבחן תרגול בחשבון: אומדן, פעולות חשבון, שברים ואחוזים, וגם הנדסה – היקף, שטח ונפח.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300  ·  1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ליאור צבר 788,300 נקודות במשחק. כמה נקודות בערך חסרות כדי להגיע למיליון?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פתרו לפי סדר הפעולות: 100 − 40 : 4 × 2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סמנו את הסימן הנכון: 0.4 ___ 0.38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=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בתרגיל ללא סוגריים יש לבצע חילוק וכפל לפני חיבור וחיסור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0.5 גדול מ-1/3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7,500 : 25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3/4 + 1/4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התרגיל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3/4 של 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300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25% מ-80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 2 מ-150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45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פתרו והסבירו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מלבן שהיקפו 30 ס״מ ואורך אחת מצלעותיו 8 ס״מ. מה אורך הצלע השנייה ומה שטח המלבן?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איך אפשר להעריך תוצאה של תרגיל כפל בלי לחשב אותו במדויק, למשל 29×41.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הסדר הנכון לביצוע פעולות חשבון ללא סוגריים?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אפשר להעריך תוצאה של תרגיל בלי לחשב אותו במדויק?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– אומדן, שברים, אחוזים והנדסה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